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0"/>
        <w:jc w:val="center"/>
      </w:pPr>
      <w:r>
        <w:rPr>
          <w:rFonts w:ascii="Aptos Display" w:hAnsi="Aptos Display"/>
          <w:b/>
          <w:color w:val="0B0B0D"/>
          <w:sz w:val="56"/>
        </w:rPr>
        <w:t>CV INTERNACIONAL</w:t>
        <w:br/>
        <w:t>MASSAGE THERAPIST</w:t>
      </w:r>
    </w:p>
    <w:p>
      <w:pPr>
        <w:jc w:val="center"/>
      </w:pPr>
      <w:r>
        <w:rPr>
          <w:color w:val="C6A15B"/>
        </w:rPr>
        <w:t>◆</w:t>
      </w:r>
    </w:p>
    <w:p>
      <w:pPr>
        <w:jc w:val="center"/>
      </w:pPr>
      <w:r>
        <w:rPr>
          <w:i/>
          <w:sz w:val="24"/>
        </w:rPr>
        <w:t>Modelo editável em inglês</w:t>
      </w:r>
    </w:p>
    <w:p>
      <w:pPr>
        <w:spacing w:before="2600"/>
        <w:jc w:val="center"/>
      </w:pPr>
      <w:r>
        <w:rPr>
          <w:b/>
          <w:color w:val="C6A15B"/>
        </w:rPr>
        <w:t>LIFECHAP BOOKS</w:t>
      </w:r>
    </w:p>
    <w:p>
      <w:pPr>
        <w:jc w:val="center"/>
      </w:pPr>
      <w:r>
        <w:rPr>
          <w:sz w:val="16"/>
        </w:rPr>
        <w:t>YOUR NEXT CHAPTER STARTS HERE</w:t>
      </w:r>
    </w:p>
    <w:p>
      <w:r>
        <w:br w:type="page"/>
      </w:r>
    </w:p>
    <w:p>
      <w:pPr>
        <w:pStyle w:val="Heading1"/>
      </w:pPr>
      <w:r>
        <w:t>[YOUR FULL NAME]</w:t>
      </w:r>
    </w:p>
    <w:p>
      <w:r>
        <w:t>Massage Therapist | [City, Country] | [Phone] | [Email] | [LinkedIn / Website]</w:t>
      </w:r>
    </w:p>
    <w:p>
      <w:pPr>
        <w:pStyle w:val="Heading2"/>
      </w:pPr>
      <w:r>
        <w:t>Professional Summary</w:t>
      </w:r>
    </w:p>
    <w:p>
      <w:r>
        <w:t>Massage therapist with practical experience in client assessment, personalised massage sessions, customer care and independent practice. Experienced in building client relationships, referrals and service-based business operations. Comfortable working with an international clientele and committed to professional communication, consent, hygiene and continuous development.</w:t>
      </w:r>
    </w:p>
    <w:p>
      <w:pPr>
        <w:pStyle w:val="Heading2"/>
      </w:pPr>
      <w:r>
        <w:t>Core Skills</w:t>
      </w:r>
    </w:p>
    <w:p>
      <w:pPr>
        <w:pStyle w:val="ListBullet"/>
      </w:pPr>
      <w:r>
        <w:t>Deep Tissue Massage</w:t>
      </w:r>
    </w:p>
    <w:p>
      <w:pPr>
        <w:pStyle w:val="ListBullet"/>
      </w:pPr>
      <w:r>
        <w:t>Swedish / Relaxing Massage</w:t>
      </w:r>
    </w:p>
    <w:p>
      <w:pPr>
        <w:pStyle w:val="ListBullet"/>
      </w:pPr>
      <w:r>
        <w:t>Sports Massage</w:t>
      </w:r>
    </w:p>
    <w:p>
      <w:pPr>
        <w:pStyle w:val="ListBullet"/>
      </w:pPr>
      <w:r>
        <w:t>Lymphatic Drainage</w:t>
      </w:r>
    </w:p>
    <w:p>
      <w:pPr>
        <w:pStyle w:val="ListBullet"/>
      </w:pPr>
      <w:r>
        <w:t>Brazilian Modelling Massage</w:t>
      </w:r>
    </w:p>
    <w:p>
      <w:pPr>
        <w:pStyle w:val="ListBullet"/>
      </w:pPr>
      <w:r>
        <w:t>Client intake and communication</w:t>
      </w:r>
    </w:p>
    <w:p>
      <w:pPr>
        <w:pStyle w:val="ListBullet"/>
      </w:pPr>
      <w:r>
        <w:t>Customer service</w:t>
      </w:r>
    </w:p>
    <w:p>
      <w:pPr>
        <w:pStyle w:val="ListBullet"/>
      </w:pPr>
      <w:r>
        <w:t>Client retention and referrals</w:t>
      </w:r>
    </w:p>
    <w:p>
      <w:pPr>
        <w:pStyle w:val="Heading2"/>
      </w:pPr>
      <w:r>
        <w:t>Professional Experience</w:t>
      </w:r>
    </w:p>
    <w:p>
      <w:pPr>
        <w:pStyle w:val="Heading3"/>
      </w:pPr>
      <w:r>
        <w:t>[JOB TITLE / BUSINESS] — [CITY, COUNTRY] | [DATES]</w:t>
      </w:r>
    </w:p>
    <w:p>
      <w:pPr>
        <w:pStyle w:val="ListBullet"/>
      </w:pPr>
      <w:r>
        <w:t>Delivered massage sessions according to client needs and scope of practice.</w:t>
      </w:r>
    </w:p>
    <w:p>
      <w:pPr>
        <w:pStyle w:val="ListBullet"/>
      </w:pPr>
      <w:r>
        <w:t>Conducted pre-session intake and communicated contraindications, preferences and pressure.</w:t>
      </w:r>
    </w:p>
    <w:p>
      <w:pPr>
        <w:pStyle w:val="ListBullet"/>
      </w:pPr>
      <w:r>
        <w:t>Maintained professional hygiene, privacy and client-care standards.</w:t>
      </w:r>
    </w:p>
    <w:p>
      <w:pPr>
        <w:pStyle w:val="ListBullet"/>
      </w:pPr>
      <w:r>
        <w:t>Supported repeat bookings, referrals and customer experience.</w:t>
      </w:r>
    </w:p>
    <w:p>
      <w:pPr>
        <w:pStyle w:val="Heading2"/>
      </w:pPr>
      <w:r>
        <w:t>Education &amp; Training</w:t>
      </w:r>
    </w:p>
    <w:p>
      <w:r>
        <w:t>[Qualification] — [Institution] — [Year] — [Hours, if useful]</w:t>
      </w:r>
    </w:p>
    <w:p>
      <w:pPr>
        <w:pStyle w:val="Heading2"/>
      </w:pPr>
      <w:r>
        <w:t>Languages</w:t>
      </w:r>
    </w:p>
    <w:p>
      <w:r>
        <w:t>Portuguese — Native | English — [Level]</w:t>
      </w:r>
    </w:p>
    <w:p>
      <w:pPr>
        <w:pStyle w:val="Heading2"/>
      </w:pPr>
      <w:r>
        <w:t>Antes de enviar</w:t>
      </w:r>
    </w:p>
    <w:p>
      <w:r>
        <w:t>☐ Mantenha a experiência em massoterapia perto do topo.</w:t>
      </w:r>
    </w:p>
    <w:p>
      <w:r>
        <w:t>☐ Use datas claras e tópicos curtos.</w:t>
      </w:r>
    </w:p>
    <w:p>
      <w:r>
        <w:t>☐ Adapte o CV à vaga e ao mercado.</w:t>
      </w:r>
    </w:p>
    <w:p>
      <w:r>
        <w:t>☐ Não declare formação, registro ou nível de idioma que não consiga demonstrar.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B0B0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0B0D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6A1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B0B0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B0B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 w:ascii="Aptos Display" w:hAnsi="Aptos Display"/>
      <w:i/>
      <w:iCs/>
      <w:color w:val="5D5D5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